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JOV. ESP. DE MOGUER "ABRIENDO PUERTAS"</w:t>
      </w:r>
    </w:p>
    <w:p>
      <w:r>
        <w:t>NIF G21248117.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