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JIENNENSE ATENCION PERS PARALISIS CEREBRAL Y AFINES ASPACE JAEN</w:t>
      </w:r>
    </w:p>
    <w:p>
      <w:r>
        <w:t>NIF G23355563. Contratos públicos adjudicados en los tres últimos años (servicios), del 30/10/2023 al 30/10/2026,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