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INFANIA</w:t>
      </w:r>
    </w:p>
    <w:p>
      <w:r>
        <w:t>NIF G29831187.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