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DISCAPACITADOS MIJEÑOS VIRGEN PEÑA</w:t>
      </w:r>
    </w:p>
    <w:p>
      <w:r>
        <w:t>NIF G92109750.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