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. DISCAPACITADOS DE MENGIBAR ABRIENDO CAMINO</w:t>
      </w:r>
    </w:p>
    <w:p>
      <w:r>
        <w:t>NIF G23457476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