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. DISCAPACITADOS DE MENGIBAR ABRIENDO CAMINO</w:t>
      </w:r>
    </w:p>
    <w:p>
      <w:r>
        <w:t>NIF G2345747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