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DE PADRES DEL CENTRO DE ESTIMULACION PRECOZ DE SANLUCAR BDA.</w:t>
      </w:r>
    </w:p>
    <w:p>
      <w:r>
        <w:t>NIF G1122902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