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DE PADRES DEL CENTRO DE ESTIMULACION PRECOZ DE SANLUCAR BDA.</w:t>
      </w:r>
    </w:p>
    <w:p>
      <w:r>
        <w:t>NIF G112290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