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DE BENALMADENA PARA LA ATENCION A LA DISCAPACIDAD</w:t>
      </w:r>
    </w:p>
    <w:p>
      <w:r>
        <w:t>NIF G92238120.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