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ASPRODISIS</w:t>
      </w:r>
    </w:p>
    <w:p>
      <w:r>
        <w:t>NIF G2965599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