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ANDALUZA DE APOYO A LA INFANCIA -A.L.D.A.I.M.A-</w:t>
      </w:r>
    </w:p>
    <w:p>
      <w:r>
        <w:t>NIF G18477836.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