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AFAMCA - TENERIFE (ASOCIACION DE LA FAMILIA CANARIA)</w:t>
      </w:r>
    </w:p>
    <w:p>
      <w:r>
        <w:t>NIF G76805274.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