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 ECUESTRE VALENCIA SL</w:t>
      </w:r>
    </w:p>
    <w:p>
      <w:r>
        <w:t>NIF B40533663.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3)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31.590,00 €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31.590,00 €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ARTE ECUESTRE VALENCIA SL, con NIF B40533663, adjudicataria del contrato «Servicio necesario para la realización de prácticas por el alumnado del ciclo formativo: Técnico en Guía en el medio natural y de tiempo libre en varios centros educativos de la Comunitat Valenciana», lote 3, expediente CMAYOR/2025/19Y05/0257, adjudicado el 05/06/2026 por 31.590,00 €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