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ARQUITECTURA I ACCESSIBILITAT MCC SLP</w:t>
      </w:r>
    </w:p>
    <w:p>
      <w:r>
        <w:t>NIF B21697362.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4)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47.004,38 €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19/08/2026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6)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37.322,19 €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19/08/2026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9)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22.973,98 €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19/08/2026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107.300,55 €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ARQUITECTURA I ACCESSIBILITAT MCC SLP, con NIF B21697362, adjudicataria del contrato «Pla d'accessibilitat dels edificis del Departament d'Agricultura, Ramaderia, Pesca i Alimentació», lote 4, expediente AG-2026-11, adjudicado el …… por 47.004,38 €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19/08/2026 a 19/06/2027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ARQUITECTURA I ACCESSIBILITAT MCC SLP, con NIF B21697362, adjudicataria del contrato «Pla d'accessibilitat dels edificis del Departament d'Agricultura, Ramaderia, Pesca i Alimentació», lote 6, expediente AG-2026-11, adjudicado el …… por 37.322,19 €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19/08/2026 a 19/06/2027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ARQUITECTURA I ACCESSIBILITAT MCC SLP, con NIF B21697362, adjudicataria del contrato «Pla d'accessibilitat dels edificis del Departament d'Agricultura, Ramaderia, Pesca i Alimentació», lote 9, expediente AG-2026-11, adjudicado el …… por 22.973,98 €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19/08/2026 a 19/06/2027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