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ARIDOS Y HOMIGONES GOMERA,S.L.</w:t>
      </w:r>
    </w:p>
    <w:p>
      <w:r>
        <w:t>NIF B38300695. Contratos públicos adjudicados en los tres últimos años (servicios), del 06/11/2023 al 06/11/2026,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hormigón fabricado en central necesario para la conservación y el mantenimiento de los distintos centros de trabajo de uso dotacional, pertenecientes al servicio técnico de carreteras y movilidad. (lote 1) · exp. E2026020178</w:t>
            </w:r>
          </w:p>
        </w:tc>
        <w:tc>
          <w:tcPr>
            <w:tcW w:type="dxa" w:w="1440"/>
          </w:tcPr>
          <w:p>
            <w:r>
              <w:t>Consejería con delegación en Carreteras del Cabildo Insular de Tenerife · NIF P3800001D</w:t>
            </w:r>
          </w:p>
        </w:tc>
        <w:tc>
          <w:tcPr>
            <w:tcW w:type="dxa" w:w="1440"/>
          </w:tcPr>
          <w:p>
            <w:r>
              <w:t>58.981,80 €</w:t>
            </w:r>
          </w:p>
        </w:tc>
        <w:tc>
          <w:tcPr>
            <w:tcW w:type="dxa" w:w="1440"/>
          </w:tcPr>
          <w:p>
            <w:r>
              <w:t>04/11/2026</w:t>
            </w:r>
          </w:p>
        </w:tc>
        <w:tc>
          <w:tcPr>
            <w:tcW w:type="dxa" w:w="1440"/>
          </w:tcPr>
          <w:p>
            <w:r>
              <w:t>04/12/2026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hormigón para la ejecución de “Actuaciones en materia de saneamiento y abastecimiento en el barrio El Carretón, en el término municipal de Arafo” · exp. 15763/2026</w:t>
            </w:r>
          </w:p>
        </w:tc>
        <w:tc>
          <w:tcPr>
            <w:tcW w:type="dxa" w:w="1440"/>
          </w:tcPr>
          <w:p>
            <w:r>
              <w:t>Consejería Delegada de Gestión y Planeamiento Territorial y Medioambiental, S.A. · NIF A38279972</w:t>
            </w:r>
          </w:p>
        </w:tc>
        <w:tc>
          <w:tcPr>
            <w:tcW w:type="dxa" w:w="1440"/>
          </w:tcPr>
          <w:p>
            <w:r>
              <w:t>48.534,80 €</w:t>
            </w:r>
          </w:p>
        </w:tc>
        <w:tc>
          <w:tcPr>
            <w:tcW w:type="dxa" w:w="1440"/>
          </w:tcPr>
          <w:p>
            <w:r>
              <w:t>12/08/2026</w:t>
            </w:r>
          </w:p>
        </w:tc>
        <w:tc>
          <w:tcPr>
            <w:tcW w:type="dxa" w:w="1440"/>
          </w:tcPr>
          <w:p>
            <w:r>
              <w:t>17/08/2026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suministro a pie de obra de distintos tipos de hormigones para la obra: “La separata del proyecto de mejora del aprovechamiento de los recursos de agua de riego en Hermigua, en la Isla de La Gomera. · exp. TSA0076174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347.247,97 €</w:t>
            </w:r>
          </w:p>
        </w:tc>
        <w:tc>
          <w:tcPr>
            <w:tcW w:type="dxa" w:w="1440"/>
          </w:tcPr>
          <w:p>
            <w:r>
              <w:t>30/10/2023</w:t>
            </w:r>
          </w:p>
        </w:tc>
        <w:tc>
          <w:tcPr>
            <w:tcW w:type="dxa" w:w="1440"/>
          </w:tcPr>
          <w:p>
            <w:r>
              <w:t>01/12/2023 – 31/03/2024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454.764,57 €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con delegación en Carreteras del Cabildo Insular de Tenerife (NIF P3800001D)</w:t>
      </w:r>
    </w:p>
    <w:p>
      <w:r>
        <w:t xml:space="preserve">ARIDOS Y HOMIGONES GOMERA,S.L., con NIF B38300695, adjudicataria del contrato «Suministro de hormigón fabricado en central necesario para la conservación y el mantenimiento de los distintos centros de trabajo de uso dotacional, pertenecientes al servicio técnico de carreteras y movilidad.», lote 1, expediente E2026020178, adjudicado el 04/11/2026 por 58.981,80 €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04/12/2026 a 11/12/2026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Delegada de Gestión y Planeamiento Territorial y Medioambiental, S.A. (NIF A38279972)</w:t>
      </w:r>
    </w:p>
    <w:p>
      <w:r>
        <w:t xml:space="preserve">ARIDOS Y HOMIGONES GOMERA,S.L., con NIF B38300695, adjudicataria del contrato «Suministro de hormigón para la ejecución de “Actuaciones en materia de saneamiento y abastecimiento en el barrio El Carretón, en el término municipal de Arafo”», expediente 15763/2026, adjudicado el 12/08/2026 por 48.534,80 €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17/08/2026 a 17/06/2027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ARIDOS Y HOMIGONES GOMERA,S.L., con NIF B38300695, adjudicataria del contrato «Contratación del suministro a pie de obra de distintos tipos de hormigones para la obra: “La separata del proyecto de mejora del aprovechamiento de los recursos de agua de riego en Hermigua, en la Isla de La Gomera.», expediente TSA0076174, adjudicado el 30/10/2023 por 347.247,97 €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01/12/2023 a 31/03/2024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