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ARIDOS NUÑEZ, S.L.U.</w:t>
      </w:r>
    </w:p>
    <w:p>
      <w:r>
        <w:t>NIF B10190999. Contratos públicos adjudicados en los tres últimos años (servicios), del 08/11/2023 al 08/11/2026, servicios.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