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ARGIA GT&amp;E S.L.</w:t>
      </w:r>
    </w:p>
    <w:p>
      <w:r>
        <w:t>NIF B13864939.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