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ARENA SERVISANIT SL</w:t>
      </w:r>
    </w:p>
    <w:p>
      <w:r>
        <w:t>NIF B21787171.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asistencia sanitaria de carácter ambulatorio de Primera Asistencia/Urgencias para la población protegida en MAZ M.C.S.S. Nº 11 en el ámbito territorial de Panticosa (Huesca) y alrededores, Sallent de Gállego (Huesca) y alrededores, Benasque (Huesca) y alrededores, Valdelinares (Teruel) y alrededores, Camarena de la Sierra (Teruel) y alrededores, Aísa (Huesca) y alrededores. (lote 3) · exp. 2025/AS/ASC/0573</w:t>
            </w:r>
          </w:p>
        </w:tc>
        <w:tc>
          <w:tcPr>
            <w:tcW w:type="dxa" w:w="1440"/>
          </w:tcPr>
          <w:p>
            <w:r>
              <w:t>Dirección Área Jurídica y Prestación de MAZ, Mutua Colaboradora con la Seguridad Social, Nº 11 · NIF G50005321</w:t>
            </w:r>
          </w:p>
        </w:tc>
        <w:tc>
          <w:tcPr>
            <w:tcW w:type="dxa" w:w="1440"/>
          </w:tcPr>
          <w:p>
            <w:r>
              <w:t>9.244,00 €</w:t>
            </w:r>
          </w:p>
        </w:tc>
        <w:tc>
          <w:tcPr>
            <w:tcW w:type="dxa" w:w="1440"/>
          </w:tcPr>
          <w:p>
            <w:r>
              <w:t>18/11/2025</w:t>
            </w:r>
          </w:p>
        </w:tc>
        <w:tc>
          <w:tcPr>
            <w:tcW w:type="dxa" w:w="1440"/>
          </w:tcPr>
          <w:p>
            <w:r>
              <w:t>01/12/2025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asistencia sanitaria de carácter ambulatorio de Primera Asistencia/Urgencias para la población protegida en MAZ M.C.S.S. Nº 11 en el ámbito territorial de Panticosa (Huesca) y alrededores, Sallent de Gállego (Huesca) y alrededores, Benasque (Huesca) y alrededores, Valdelinares (Teruel) y alrededores, Camarena de la Sierra (Teruel) y alrededores, Aísa (Huesca) y alrededores. (lote 4) · exp. 2025/AS/ASC/0573</w:t>
            </w:r>
          </w:p>
        </w:tc>
        <w:tc>
          <w:tcPr>
            <w:tcW w:type="dxa" w:w="1440"/>
          </w:tcPr>
          <w:p>
            <w:r>
              <w:t>Dirección Área Jurídica y Prestación de MAZ, Mutua Colaboradora con la Seguridad Social, Nº 11 · NIF G50005321</w:t>
            </w:r>
          </w:p>
        </w:tc>
        <w:tc>
          <w:tcPr>
            <w:tcW w:type="dxa" w:w="1440"/>
          </w:tcPr>
          <w:p>
            <w:r>
              <w:t>3.878,00 €</w:t>
            </w:r>
          </w:p>
        </w:tc>
        <w:tc>
          <w:tcPr>
            <w:tcW w:type="dxa" w:w="1440"/>
          </w:tcPr>
          <w:p>
            <w:r>
              <w:t>18/11/2025</w:t>
            </w:r>
          </w:p>
        </w:tc>
        <w:tc>
          <w:tcPr>
            <w:tcW w:type="dxa" w:w="1440"/>
          </w:tcPr>
          <w:p>
            <w:r>
              <w:t>01/12/2025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asistencia sanitaria de carácter ambulatorio de Primera Asistencia/Urgencias para la población protegida en MAZ M.C.S.S. Nº 11 en el ámbito territorial de Panticosa (Huesca) y alrededores, Sallent de Gállego (Huesca) y alrededores, Benasque (Huesca) y alrededores, Valdelinares (Teruel) y alrededores, Camarena de la Sierra (Teruel) y alrededores, Aísa (Huesca) y alrededores. (lote 5) · exp. 2025/AS/ASC/0573</w:t>
            </w:r>
          </w:p>
        </w:tc>
        <w:tc>
          <w:tcPr>
            <w:tcW w:type="dxa" w:w="1440"/>
          </w:tcPr>
          <w:p>
            <w:r>
              <w:t>Dirección Área Jurídica y Prestación de MAZ, Mutua Colaboradora con la Seguridad Social, Nº 11 · NIF G50005321</w:t>
            </w:r>
          </w:p>
        </w:tc>
        <w:tc>
          <w:tcPr>
            <w:tcW w:type="dxa" w:w="1440"/>
          </w:tcPr>
          <w:p>
            <w:r>
              <w:t>1.584,00 €</w:t>
            </w:r>
          </w:p>
        </w:tc>
        <w:tc>
          <w:tcPr>
            <w:tcW w:type="dxa" w:w="1440"/>
          </w:tcPr>
          <w:p>
            <w:r>
              <w:t>18/11/2025</w:t>
            </w:r>
          </w:p>
        </w:tc>
        <w:tc>
          <w:tcPr>
            <w:tcW w:type="dxa" w:w="1440"/>
          </w:tcPr>
          <w:p>
            <w:r>
              <w:t>01/12/2025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14.706,00 €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Área Jurídica y Prestación de MAZ, Mutua Colaboradora con la Seguridad Social, Nº 11 (NIF G50005321)</w:t>
      </w:r>
    </w:p>
    <w:p>
      <w:r>
        <w:t xml:space="preserve">ARENA SERVISANIT SL, con NIF B21787171, adjudicataria del contrato «Servicio de asistencia sanitaria de carácter ambulatorio de Primera Asistencia/Urgencias para la población protegida en MAZ M.C.S.S. Nº 11 en el ámbito territorial de Panticosa (Huesca) y alrededores, Sallent de Gállego (Huesca) y alrededores, Benasque (Huesca) y alrededores, Valdelinares (Teruel) y alrededores, Camarena de la Sierra (Teruel) y alrededores, Aísa (Huesca) y alrededores.», lote 3, expediente 2025/AS/ASC/0573, adjudicado el 18/11/2025 por 9.244,00 €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01/12/2025 a 01/12/2026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Área Jurídica y Prestación de MAZ, Mutua Colaboradora con la Seguridad Social, Nº 11 (NIF G50005321)</w:t>
      </w:r>
    </w:p>
    <w:p>
      <w:r>
        <w:t xml:space="preserve">ARENA SERVISANIT SL, con NIF B21787171, adjudicataria del contrato «Servicio de asistencia sanitaria de carácter ambulatorio de Primera Asistencia/Urgencias para la población protegida en MAZ M.C.S.S. Nº 11 en el ámbito territorial de Panticosa (Huesca) y alrededores, Sallent de Gállego (Huesca) y alrededores, Benasque (Huesca) y alrededores, Valdelinares (Teruel) y alrededores, Camarena de la Sierra (Teruel) y alrededores, Aísa (Huesca) y alrededores.», lote 4, expediente 2025/AS/ASC/0573, adjudicado el 18/11/2025 por 3.878,00 €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01/12/2025 a 01/12/2026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Área Jurídica y Prestación de MAZ, Mutua Colaboradora con la Seguridad Social, Nº 11 (NIF G50005321)</w:t>
      </w:r>
    </w:p>
    <w:p>
      <w:r>
        <w:t xml:space="preserve">ARENA SERVISANIT SL, con NIF B21787171, adjudicataria del contrato «Servicio de asistencia sanitaria de carácter ambulatorio de Primera Asistencia/Urgencias para la población protegida en MAZ M.C.S.S. Nº 11 en el ámbito territorial de Panticosa (Huesca) y alrededores, Sallent de Gállego (Huesca) y alrededores, Benasque (Huesca) y alrededores, Valdelinares (Teruel) y alrededores, Camarena de la Sierra (Teruel) y alrededores, Aísa (Huesca) y alrededores.», lote 5, expediente 2025/AS/ASC/0573, adjudicado el 18/11/2025 por 1.584,00 €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01/12/2025 a 01/12/2026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