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ENA SERVISANIT SL</w:t>
      </w:r>
    </w:p>
    <w:p>
      <w:r>
        <w:t>NIF B2178717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