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APPFIGESTIO DE PROJECTES SL</w:t>
      </w:r>
    </w:p>
    <w:p>
      <w:r>
        <w:t>NIF B55759914.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Servei de restauració de vagons de la sèrie 60.800 de Ferrocarrils de la Generalitat de Catalunya (Ref:POS48/26) · exp. CONTR/2025/0000000841</w:t>
            </w:r>
          </w:p>
        </w:tc>
        <w:tc>
          <w:tcPr>
            <w:tcW w:type="dxa" w:w="1440"/>
          </w:tcPr>
          <w:p>
            <w:r>
              <w:t>Ferrocarrils de la Generalitat de Catalunya</w:t>
            </w:r>
          </w:p>
        </w:tc>
        <w:tc>
          <w:tcPr>
            <w:tcW w:type="dxa" w:w="1440"/>
          </w:tcPr>
          <w:p>
            <w:r>
              <w:t>44.900,00 €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22/06/2026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Servei de restauració de dos vagons de vores baixes i un cotxe de viatgers històric i la instal·lació d’un sistema d’il·luminació externa per als automotors tipus Brill (Ref:POSS64/24) (lote 001) · exp. CONTR/2024/0000000506</w:t>
            </w:r>
          </w:p>
        </w:tc>
        <w:tc>
          <w:tcPr>
            <w:tcW w:type="dxa" w:w="1440"/>
          </w:tcPr>
          <w:p>
            <w:r>
              <w:t>Ferrocarrils de la Generalitat de Catalunya</w:t>
            </w:r>
          </w:p>
        </w:tc>
        <w:tc>
          <w:tcPr>
            <w:tcW w:type="dxa" w:w="1440"/>
          </w:tcPr>
          <w:p>
            <w:r>
              <w:t>28.500,00 €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08/07/2025 – 08/10/2025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Servei de restauració de dos vagons de vores baixes i un cotxe de viatgers històric i la instal·lació d’un sistema d’il·luminació externa per als automotors tipus Brill (Ref:POSS64/24) (lote 002) · exp. CONTR/2024/0000000506</w:t>
            </w:r>
          </w:p>
        </w:tc>
        <w:tc>
          <w:tcPr>
            <w:tcW w:type="dxa" w:w="1440"/>
          </w:tcPr>
          <w:p>
            <w:r>
              <w:t>Ferrocarrils de la Generalitat de Catalunya</w:t>
            </w:r>
          </w:p>
        </w:tc>
        <w:tc>
          <w:tcPr>
            <w:tcW w:type="dxa" w:w="1440"/>
          </w:tcPr>
          <w:p>
            <w:r>
              <w:t>12.000,00 €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20/06/2025 – 20/09/2025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Servei de restauració de dos vagons de vores baixes i un cotxe de viatgers històric i la instal·lació d’un sistema d’il·luminació externa per als automotors tipus Brill (Ref:POSS64/24) (lote 003) · exp. CONTR/2024/0000000506</w:t>
            </w:r>
          </w:p>
        </w:tc>
        <w:tc>
          <w:tcPr>
            <w:tcW w:type="dxa" w:w="1440"/>
          </w:tcPr>
          <w:p>
            <w:r>
              <w:t>Ferrocarrils de la Generalitat de Catalunya</w:t>
            </w:r>
          </w:p>
        </w:tc>
        <w:tc>
          <w:tcPr>
            <w:tcW w:type="dxa" w:w="1440"/>
          </w:tcPr>
          <w:p>
            <w:r>
              <w:t>12.000,00 €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20/06/2025 – 20/09/2025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97.400,00 € sin IVA, en 4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Ferrocarrils de la Generalitat de Catalunya</w:t>
      </w:r>
    </w:p>
    <w:p>
      <w:r>
        <w:t xml:space="preserve">APPFIGESTIO DE PROJECTES SL, con NIF B55759914, adjudicataria del contrato «Servei de restauració de vagons de la sèrie 60.800 de Ferrocarrils de la Generalitat de Catalunya (Ref:POS48/26)», expediente CONTR/2025/0000000841, adjudicado el …… por 44.900,00 €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22/06/2026 a 22/01/2027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Ferrocarrils de la Generalitat de Catalunya</w:t>
      </w:r>
    </w:p>
    <w:p>
      <w:r>
        <w:t xml:space="preserve">APPFIGESTIO DE PROJECTES SL, con NIF B55759914, adjudicataria del contrato «Servei de restauració de dos vagons de vores baixes i un cotxe de viatgers històric i la instal·lació d’un sistema d’il·luminació externa per als automotors tipus Brill (Ref:POSS64/24)», lote 001, expediente CONTR/2024/0000000506, adjudicado el …… por 28.500,00 €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08/07/2025 a 08/10/2025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Ferrocarrils de la Generalitat de Catalunya</w:t>
      </w:r>
    </w:p>
    <w:p>
      <w:r>
        <w:t xml:space="preserve">APPFIGESTIO DE PROJECTES SL, con NIF B55759914, adjudicataria del contrato «Servei de restauració de dos vagons de vores baixes i un cotxe de viatgers històric i la instal·lació d’un sistema d’il·luminació externa per als automotors tipus Brill (Ref:POSS64/24)», lote 002, expediente CONTR/2024/0000000506, adjudicado el …… por 12.000,00 €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20/06/2025 a 20/09/2025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Ferrocarrils de la Generalitat de Catalunya</w:t>
      </w:r>
    </w:p>
    <w:p>
      <w:r>
        <w:t xml:space="preserve">APPFIGESTIO DE PROJECTES SL, con NIF B55759914, adjudicataria del contrato «Servei de restauració de dos vagons de vores baixes i un cotxe de viatgers històric i la instal·lació d’un sistema d’il·luminació externa per als automotors tipus Brill (Ref:POSS64/24)», lote 003, expediente CONTR/2024/0000000506, adjudicado el …… por 12.000,00 €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20/06/2025 a 20/09/2025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