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APADIS BAHÍA DE ALGECIRAS</w:t>
      </w:r>
    </w:p>
    <w:p>
      <w:r>
        <w:t>NIF G11020336.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