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DRE SERVICIOS INTEGRALES SL</w:t>
      </w:r>
    </w:p>
    <w:p>
      <w:r>
        <w:t>NIF B27726074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