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AMBULANCIAS PONTEVEDRA S.L.</w:t>
      </w:r>
    </w:p>
    <w:p>
      <w:r>
        <w:t>NIF B36497386.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AB-ASP1-24-010. Servicio de transporte sanitario terrestre en el urgente (ambulatorio y hospitalario) y hospitalario urgente de élÁrea sanitario de Pontevedra y O Salnés (lote 0) · exp. PcPG/2024/823247</w:t>
            </w:r>
          </w:p>
        </w:tc>
        <w:tc>
          <w:tcPr>
            <w:tcW w:type="dxa" w:w="1440"/>
          </w:tcPr>
          <w:p>
            <w:r>
              <w:t>Consellería de Sanidade- SERGAS</w:t>
            </w:r>
          </w:p>
        </w:tc>
        <w:tc>
          <w:tcPr>
            <w:tcW w:type="dxa" w:w="1440"/>
          </w:tcPr>
          <w:p>
            <w:r>
              <w:t>12.118.105,21 €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31/10/2024 – 31/10/2026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transporte sanitario urgente terrestre en las áreas de A Coruña, Baixo Miño, Pontevedra, Salnés y Vigo de la FPUSG-061 (Exp. AB-FUS1-24-003) (lote 3) · exp. PcPG/2024/822016</w:t>
            </w:r>
          </w:p>
        </w:tc>
        <w:tc>
          <w:tcPr>
            <w:tcW w:type="dxa" w:w="1440"/>
          </w:tcPr>
          <w:p>
            <w:r>
              <w:t>Fundación Pública Urxencias Sanitarias de Galicia - 061</w:t>
            </w:r>
          </w:p>
        </w:tc>
        <w:tc>
          <w:tcPr>
            <w:tcW w:type="dxa" w:w="1440"/>
          </w:tcPr>
          <w:p>
            <w:r>
              <w:t>5.853.836,26 €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14/06/2024 – 14/06/2026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transporte sanitario urgente terrestre en las áreas de A Coruña, Baixo Miño, Pontevedra, Salnés y Vigo de la FPUSG-061 (Exp. AB-FUS1-24-003) (lote 4) · exp. PcPG/2024/822016</w:t>
            </w:r>
          </w:p>
        </w:tc>
        <w:tc>
          <w:tcPr>
            <w:tcW w:type="dxa" w:w="1440"/>
          </w:tcPr>
          <w:p>
            <w:r>
              <w:t>Fundación Pública Urxencias Sanitarias de Galicia - 061</w:t>
            </w:r>
          </w:p>
        </w:tc>
        <w:tc>
          <w:tcPr>
            <w:tcW w:type="dxa" w:w="1440"/>
          </w:tcPr>
          <w:p>
            <w:r>
              <w:t>6.610.233,78 €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14/06/2024 – 14/06/2026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24.582.175,25 €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Consellería de Sanidade- SERGAS</w:t>
      </w:r>
    </w:p>
    <w:p>
      <w:r>
        <w:t xml:space="preserve">AMBULANCIAS PONTEVEDRA S.L., con NIF B36497386, adjudicataria del contrato «AB-ASP1-24-010. Servicio de transporte sanitario terrestre en el urgente (ambulatorio y hospitalario) y hospitalario urgente de élÁrea sanitario de Pontevedra y O Salnés», lote 0, expediente PcPG/2024/823247, adjudicado el …… por 12.118.105,21 €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31/10/2024 a 31/10/2026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Pública Urxencias Sanitarias de Galicia - 061</w:t>
      </w:r>
    </w:p>
    <w:p>
      <w:r>
        <w:t xml:space="preserve">AMBULANCIAS PONTEVEDRA S.L., con NIF B36497386, adjudicataria del contrato «Servicio de transporte sanitario urgente terrestre en las áreas de A Coruña, Baixo Miño, Pontevedra, Salnés y Vigo de la FPUSG-061 (Exp. AB-FUS1-24-003)», lote 3, expediente PcPG/2024/822016, adjudicado el …… por 5.853.836,26 €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14/06/2024 a 14/06/2026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Pública Urxencias Sanitarias de Galicia - 061</w:t>
      </w:r>
    </w:p>
    <w:p>
      <w:r>
        <w:t xml:space="preserve">AMBULANCIAS PONTEVEDRA S.L., con NIF B36497386, adjudicataria del contrato «Servicio de transporte sanitario urgente terrestre en las áreas de A Coruña, Baixo Miño, Pontevedra, Salnés y Vigo de la FPUSG-061 (Exp. AB-FUS1-24-003)», lote 4, expediente PcPG/2024/822016, adjudicado el …… por 6.610.233,78 €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14/06/2024 a 14/06/2026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