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ALYARA TECHNOLOGIES S.L.</w:t>
      </w:r>
    </w:p>
    <w:p>
      <w:r>
        <w:t>NIF B67448373.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asistencia técnica de un analista programador REACT en EGARSAT, Mutua Colaboradora con la Seguridad Social Nº 276. · exp. 2024/LIC/0008</w:t>
            </w:r>
          </w:p>
        </w:tc>
        <w:tc>
          <w:tcPr>
            <w:tcW w:type="dxa" w:w="1440"/>
          </w:tcPr>
          <w:p>
            <w:r>
              <w:t>Gerencia de EGARSAT · NIF G64438997</w:t>
            </w:r>
          </w:p>
        </w:tc>
        <w:tc>
          <w:tcPr>
            <w:tcW w:type="dxa" w:w="1440"/>
          </w:tcPr>
          <w:p>
            <w:r>
              <w:t>158.400,00 €</w:t>
            </w:r>
          </w:p>
        </w:tc>
        <w:tc>
          <w:tcPr>
            <w:tcW w:type="dxa" w:w="1440"/>
          </w:tcPr>
          <w:p>
            <w:r>
              <w:t>13/05/2024</w:t>
            </w:r>
          </w:p>
        </w:tc>
        <w:tc>
          <w:tcPr>
            <w:tcW w:type="dxa" w:w="1440"/>
          </w:tcPr>
          <w:p>
            <w:r>
              <w:t>13/06/2024 – 13/06/2026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158.400,00 €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EGARSAT (NIF G64438997)</w:t>
      </w:r>
    </w:p>
    <w:p>
      <w:r>
        <w:t xml:space="preserve">ALYARA TECHNOLOGIES S.L., con NIF B67448373, adjudicataria del contrato «Servicios de asistencia técnica de un analista programador REACT en EGARSAT, Mutua Colaboradora con la Seguridad Social Nº 276.», expediente 2024/LIC/0008, adjudicado el 13/05/2024 por 158.400,00 €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13/06/2024 a 13/06/2026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