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Altissia Spain S.L.</w:t>
      </w:r>
    </w:p>
    <w:p>
      <w:r>
        <w:t>NIF B87603700.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