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ALSIME ALMENDRALEJO,S.L.</w:t>
      </w:r>
    </w:p>
    <w:p>
      <w:r>
        <w:t>NIF B06338636.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y Suministros necesarios para la celebración del acto de Jura de Bandera para personal civil en Navalmoral de la Mata (lote 3) · exp. 6220/2025</w:t>
            </w:r>
          </w:p>
        </w:tc>
        <w:tc>
          <w:tcPr>
            <w:tcW w:type="dxa" w:w="1440"/>
          </w:tcPr>
          <w:p>
            <w:r>
              <w:t>Ayuntamiento de Navalmoral de la Mata · NIF P1013400E</w:t>
            </w:r>
          </w:p>
        </w:tc>
        <w:tc>
          <w:tcPr>
            <w:tcW w:type="dxa" w:w="1440"/>
          </w:tcPr>
          <w:p>
            <w:r>
              <w:t>1.098,00 €</w:t>
            </w:r>
          </w:p>
        </w:tc>
        <w:tc>
          <w:tcPr>
            <w:tcW w:type="dxa" w:w="1440"/>
          </w:tcPr>
          <w:p>
            <w:r>
              <w:t>02/09/2025</w:t>
            </w:r>
          </w:p>
        </w:tc>
        <w:tc>
          <w:tcPr>
            <w:tcW w:type="dxa" w:w="1440"/>
          </w:tcPr>
          <w:p>
            <w:r>
              <w:t>02/10/2025 – 02/11/2025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y Suministros necesarios para la celebración de las Fiestas de Carnaval 2025 (lote 5) · exp. 96/2025</w:t>
            </w:r>
          </w:p>
        </w:tc>
        <w:tc>
          <w:tcPr>
            <w:tcW w:type="dxa" w:w="1440"/>
          </w:tcPr>
          <w:p>
            <w:r>
              <w:t>Ayuntamiento de Navalmoral de la Mata · NIF P1013400E</w:t>
            </w:r>
          </w:p>
        </w:tc>
        <w:tc>
          <w:tcPr>
            <w:tcW w:type="dxa" w:w="1440"/>
          </w:tcPr>
          <w:p>
            <w:r>
              <w:t>5.000,00 €</w:t>
            </w:r>
          </w:p>
        </w:tc>
        <w:tc>
          <w:tcPr>
            <w:tcW w:type="dxa" w:w="1440"/>
          </w:tcPr>
          <w:p>
            <w:r>
              <w:t>21/02/2025</w:t>
            </w:r>
          </w:p>
        </w:tc>
        <w:tc>
          <w:tcPr>
            <w:tcW w:type="dxa" w:w="1440"/>
          </w:tcPr>
          <w:p>
            <w:r>
              <w:t>21/03/2025 – 27/03/2025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6.098,00 €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Navalmoral de la Mata (NIF P1013400E)</w:t>
      </w:r>
    </w:p>
    <w:p>
      <w:r>
        <w:t xml:space="preserve">ALSIME ALMENDRALEJO,S.L., con NIF B06338636, adjudicataria del contrato «Servicios y Suministros necesarios para la celebración del acto de Jura de Bandera para personal civil en Navalmoral de la Mata», lote 3, expediente 6220/2025, adjudicado el 02/09/2025 por 1.098,00 €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02/10/2025 a 02/11/2025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Navalmoral de la Mata (NIF P1013400E)</w:t>
      </w:r>
    </w:p>
    <w:p>
      <w:r>
        <w:t xml:space="preserve">ALSIME ALMENDRALEJO,S.L., con NIF B06338636, adjudicataria del contrato «Servicios y Suministros necesarios para la celebración de las Fiestas de Carnaval 2025», lote 5, expediente 96/2025, adjudicado el 21/02/2025 por 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21/03/2025 a 27/03/2025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