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ALQUILATODO ALKIOLID S.L</w:t>
      </w:r>
    </w:p>
    <w:p>
      <w:r>
        <w:t>NIF B47396817.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