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ALQUILATODO ALKIOLID S.L</w:t>
      </w:r>
    </w:p>
    <w:p>
      <w:r>
        <w:t>NIF B47396817.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1)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ALQUILATODO ALKIOLID S.L, con NIF B47396817, adjudicataria del contrato «Acuerdo marco para la contratación de servicios de reparación de vehículos y maquinaria del Ayuntamiento de Valladolid y sus organismos municipales.», lote 1,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