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ALL SAFE DOCUMENTS SL</w:t>
      </w:r>
    </w:p>
    <w:p>
      <w:r>
        <w:t>NIF B63212823.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Recogida, transporte y reciclaje de los residuos de papel y envases ligeros y destrucción confidencial de documentación en todos nuestros centros. · exp. 2023/LIC/0105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8.160,00 €</w:t>
            </w:r>
          </w:p>
        </w:tc>
        <w:tc>
          <w:tcPr>
            <w:tcW w:type="dxa" w:w="1440"/>
          </w:tcPr>
          <w:p>
            <w:r>
              <w:t>27/11/2023</w:t>
            </w:r>
          </w:p>
        </w:tc>
        <w:tc>
          <w:tcPr>
            <w:tcW w:type="dxa" w:w="1440"/>
          </w:tcPr>
          <w:p>
            <w:r>
              <w:t>27/12/2023 – 27/12/2024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8.160,00 €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ALL SAFE DOCUMENTS SL, con NIF B63212823, adjudicataria del contrato «Recogida, transporte y reciclaje de los residuos de papel y envases ligeros y destrucción confidencial de documentación en todos nuestros centros.», expediente 2023/LIC/0105, adjudicado el 27/11/2023 por 8.160,00 €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27/12/2023 a 27/12/2024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