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ALBAOLA ELKARTEA</w:t>
      </w:r>
    </w:p>
    <w:p>
      <w:r>
        <w:t>NIF G20695813.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Patrocinio publicitario para la difusión del Festival Marítimo “Pasaia Itsas Festibala 2024”. · exp. 1428/2024</w:t>
            </w:r>
          </w:p>
        </w:tc>
        <w:tc>
          <w:tcPr>
            <w:tcW w:type="dxa" w:w="1440"/>
          </w:tcPr>
          <w:p>
            <w:r>
              <w:t>Autoridad Portuaria de Pasaia · NIF Q2067002B</w:t>
            </w:r>
          </w:p>
        </w:tc>
        <w:tc>
          <w:tcPr>
            <w:tcW w:type="dxa" w:w="1440"/>
          </w:tcPr>
          <w:p>
            <w:r>
              <w:t>15.000,00 €</w:t>
            </w:r>
          </w:p>
        </w:tc>
        <w:tc>
          <w:tcPr>
            <w:tcW w:type="dxa" w:w="1440"/>
          </w:tcPr>
          <w:p>
            <w:r>
              <w:t>06/06/2024</w:t>
            </w:r>
          </w:p>
        </w:tc>
        <w:tc>
          <w:tcPr>
            <w:tcW w:type="dxa" w:w="1440"/>
          </w:tcPr>
          <w:p>
            <w:r>
              <w:t>06/07/2024 – 06/08/2024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Patrocinio del evento Pasaia Itsas Festibala 2026 · exp. B2026002</w:t>
            </w:r>
          </w:p>
        </w:tc>
        <w:tc>
          <w:tcPr>
            <w:tcW w:type="dxa" w:w="1440"/>
          </w:tcPr>
          <w:p>
            <w:r>
              <w:t>BASQUETOUR Agencia Vasca de Turismo, S.A.-Dirección general de BASQUETOUR</w:t>
            </w:r>
          </w:p>
        </w:tc>
        <w:tc>
          <w:tcPr>
            <w:tcW w:type="dxa" w:w="1440"/>
          </w:tcPr>
          <w:p>
            <w:r>
              <w:t>165.289,25 €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08/05/2026 – 08/06/2026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180.289,25 €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Pasaia (NIF Q2067002B)</w:t>
      </w:r>
    </w:p>
    <w:p>
      <w:r>
        <w:t xml:space="preserve">ALBAOLA ELKARTEA, con NIF G20695813, adjudicataria del contrato «Patrocinio publicitario para la difusión del Festival Marítimo “Pasaia Itsas Festibala 2024”.», expediente 1428/2024, adjudicado el 06/06/2024 por 15.000,00 €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06/07/2024 a 06/08/2024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BASQUETOUR Agencia Vasca de Turismo, S.A.-Dirección general de BASQUETOUR</w:t>
      </w:r>
    </w:p>
    <w:p>
      <w:r>
        <w:t xml:space="preserve">ALBAOLA ELKARTEA, con NIF G20695813, adjudicataria del contrato «Patrocinio del evento Pasaia Itsas Festibala 2026», expediente B2026002, adjudicado el …… por 165.289,25 €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08/05/2026 a 08/06/2026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