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BAOLA ELKARTEA</w:t>
      </w:r>
    </w:p>
    <w:p>
      <w:r>
        <w:t>NIF G206958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