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AKIRE 20 S.L.</w:t>
      </w:r>
    </w:p>
    <w:p>
      <w:r>
        <w:t>NIF B01875756.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0001310/2025 suministro de 18 monitores desfibriladores para el centro de emergencias sanitarias 061 · exp. CONTR 2026 0000076601</w:t>
            </w:r>
          </w:p>
        </w:tc>
        <w:tc>
          <w:tcPr>
            <w:tcW w:type="dxa" w:w="1440"/>
          </w:tcPr>
          <w:p>
            <w:r>
              <w:t>Servicio Andaluz de Salud</w:t>
            </w:r>
          </w:p>
        </w:tc>
        <w:tc>
          <w:tcPr>
            <w:tcW w:type="dxa" w:w="1440"/>
          </w:tcPr>
          <w:p>
            <w:r>
              <w:t>307.800,00 €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05/06/2026 – 05/07/2026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el suministro del equipamiento material sanitario dirigido al transporte sanitario en l Comunidad Foral de Navarra (lote 1) · exp. 8603_DS25/0001</w:t>
            </w:r>
          </w:p>
        </w:tc>
        <w:tc>
          <w:tcPr>
            <w:tcW w:type="dxa" w:w="1440"/>
          </w:tcPr>
          <w:p>
            <w:r>
              <w:t>Transporte Sanitario de Navarra Bidean,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el suministro del equipamiento material sanitario dirigido al transporte sanitario en l Comunidad Foral de Navarra (lote 2) · exp. 8603_DS25/0001</w:t>
            </w:r>
          </w:p>
        </w:tc>
        <w:tc>
          <w:tcPr>
            <w:tcW w:type="dxa" w:w="1440"/>
          </w:tcPr>
          <w:p>
            <w:r>
              <w:t>Transporte Sanitario de Navarra Bidean,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Sistema Dinámico de Compra para el suministro del equipamiento material sanitario dirigido al transporte sanitario en l Comunidad Foral de Navarra (lote 5) · exp. 8603_DS25/0001</w:t>
            </w:r>
          </w:p>
        </w:tc>
        <w:tc>
          <w:tcPr>
            <w:tcW w:type="dxa" w:w="1440"/>
          </w:tcPr>
          <w:p>
            <w:r>
              <w:t>Transporte Sanitario de Navarra Bidean, S.L.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307.800,00 €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Servicio Andaluz de Salud</w:t>
      </w:r>
    </w:p>
    <w:p>
      <w:r>
        <w:t xml:space="preserve">AKIRE 20 S.L., con NIF B01875756, adjudicataria del contrato «0001310/2025 suministro de 18 monitores desfibriladores para el centro de emergencias sanitarias 061», expediente CONTR 2026 0000076601, adjudicado el …… por 307.800,00 €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05/06/2026 a 05/07/2026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Transporte Sanitario de Navarra Bidean, S.L.</w:t>
      </w:r>
    </w:p>
    <w:p>
      <w:r>
        <w:t xml:space="preserve">AKIRE 20 S.L., con NIF B01875756, adjudicataria del contrato «Sistema Dinámico de Compra para el suministro del equipamiento material sanitario dirigido al transporte sanitario en l Comunidad Foral de Navarra», lote 1, expediente 8603_DS25/0001,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23/06/2026 a 23/06/2030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Transporte Sanitario de Navarra Bidean, S.L.</w:t>
      </w:r>
    </w:p>
    <w:p>
      <w:r>
        <w:t xml:space="preserve">AKIRE 20 S.L., con NIF B01875756, adjudicataria del contrato «Sistema Dinámico de Compra para el suministro del equipamiento material sanitario dirigido al transporte sanitario en l Comunidad Foral de Navarra», lote 2, expediente 8603_DS25/0001,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23/06/2026 a 23/06/2030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Transporte Sanitario de Navarra Bidean, S.L.</w:t>
      </w:r>
    </w:p>
    <w:p>
      <w:r>
        <w:t xml:space="preserve">AKIRE 20 S.L., con NIF B01875756, adjudicataria del contrato «Sistema Dinámico de Compra para el suministro del equipamiento material sanitario dirigido al transporte sanitario en l Comunidad Foral de Navarra», lote 5, expediente 8603_DS25/0001,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23/06/2026 a 23/06/2030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