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AIKO KULTUR ELKARTEA</w:t>
      </w:r>
    </w:p>
    <w:p>
      <w:r>
        <w:t>NIF G95423877.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