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AGRUPACION RADIO TAXIS REUS</w:t>
      </w:r>
    </w:p>
    <w:p>
      <w:r>
        <w:t>NIF G43118165.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