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AGRUPACION RADIO TAXIS REUS</w:t>
      </w:r>
    </w:p>
    <w:p>
      <w:r>
        <w:t>NIF G43118165.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Transporte Del Personal De Aena En El Aeropuerto De Reus · exp. REU-75/2026</w:t>
            </w:r>
          </w:p>
        </w:tc>
        <w:tc>
          <w:tcPr>
            <w:tcW w:type="dxa" w:w="1440"/>
          </w:tcPr>
          <w:p>
            <w:r>
              <w:t>Aena. Dirección del Aeropuerto de Reus · NIF A86212420</w:t>
            </w:r>
          </w:p>
        </w:tc>
        <w:tc>
          <w:tcPr>
            <w:tcW w:type="dxa" w:w="1440"/>
          </w:tcPr>
          <w:p>
            <w:r>
              <w:t>2.000,00 €</w:t>
            </w:r>
          </w:p>
        </w:tc>
        <w:tc>
          <w:tcPr>
            <w:tcW w:type="dxa" w:w="1440"/>
          </w:tcPr>
          <w:p>
            <w:r>
              <w:t>06/10/2026</w:t>
            </w:r>
          </w:p>
        </w:tc>
        <w:tc>
          <w:tcPr>
            <w:tcW w:type="dxa" w:w="1440"/>
          </w:tcPr>
          <w:p>
            <w:r>
              <w:t>06/10/2026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Transporte Del Personal De Aena En El Aeropuerto De Reus · exp. REU-50/2025</w:t>
            </w:r>
          </w:p>
        </w:tc>
        <w:tc>
          <w:tcPr>
            <w:tcW w:type="dxa" w:w="1440"/>
          </w:tcPr>
          <w:p>
            <w:r>
              <w:t>Aena. Dirección del Aeropuerto de Reus · NIF A86212420</w:t>
            </w:r>
          </w:p>
        </w:tc>
        <w:tc>
          <w:tcPr>
            <w:tcW w:type="dxa" w:w="1440"/>
          </w:tcPr>
          <w:p>
            <w:r>
              <w:t>2.000,00 €</w:t>
            </w:r>
          </w:p>
        </w:tc>
        <w:tc>
          <w:tcPr>
            <w:tcW w:type="dxa" w:w="1440"/>
          </w:tcPr>
          <w:p>
            <w:r>
              <w:t>20/08/2025</w:t>
            </w:r>
          </w:p>
        </w:tc>
        <w:tc>
          <w:tcPr>
            <w:tcW w:type="dxa" w:w="1440"/>
          </w:tcPr>
          <w:p>
            <w:r>
              <w:t>20/08/2025 – 20/08/2026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4.000,00 €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Reus (NIF A86212420)</w:t>
      </w:r>
    </w:p>
    <w:p>
      <w:r>
        <w:t xml:space="preserve">AGRUPACION RADIO TAXIS REUS, con NIF G43118165, adjudicataria del contrato «Servicio De Transporte Del Personal De Aena En El Aeropuerto De Reus», expediente REU-75/2026, adjudicado el 06/10/2026 por 2.000,00 €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06/10/2026 a 06/10/2027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Reus (NIF A86212420)</w:t>
      </w:r>
    </w:p>
    <w:p>
      <w:r>
        <w:t xml:space="preserve">AGRUPACION RADIO TAXIS REUS, con NIF G43118165, adjudicataria del contrato «Servicio De Transporte Del Personal De Aena En El Aeropuerto De Reus», expediente REU-50/2025, adjudicado el 20/08/2025 por 2.000,00 €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20/08/2025 a 20/08/2026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