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AFEB</w:t>
      </w:r>
    </w:p>
    <w:p>
      <w:r>
        <w:t>NIF G97569636.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