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AERTEC AVIATION SLU</w:t>
      </w:r>
    </w:p>
    <w:p>
      <w:r>
        <w:t>NIF B22558241.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Supervision Y Seguimiento De La Actividad Handling En El Aeropuerto Adolfo Suarez Madrid Barajas · exp. MAD-150/2026</w:t>
            </w:r>
          </w:p>
        </w:tc>
        <w:tc>
          <w:tcPr>
            <w:tcW w:type="dxa" w:w="1440"/>
          </w:tcPr>
          <w:p>
            <w:r>
              <w:t>Aena. Dirección del Aeropuerto Adolfo Suárez Madrid-Barajas · NIF A86212420</w:t>
            </w:r>
          </w:p>
        </w:tc>
        <w:tc>
          <w:tcPr>
            <w:tcW w:type="dxa" w:w="1440"/>
          </w:tcPr>
          <w:p>
            <w:r>
              <w:t>197.026,62 €</w:t>
            </w:r>
          </w:p>
        </w:tc>
        <w:tc>
          <w:tcPr>
            <w:tcW w:type="dxa" w:w="1440"/>
          </w:tcPr>
          <w:p>
            <w:r>
              <w:t>02/10/2026</w:t>
            </w:r>
          </w:p>
        </w:tc>
        <w:tc>
          <w:tcPr>
            <w:tcW w:type="dxa" w:w="1440"/>
          </w:tcPr>
          <w:p>
            <w:r>
              <w:t>02/11/2026 – en curso</w:t>
            </w:r>
          </w:p>
        </w:tc>
        <w:tc>
          <w:tcPr>
            <w:tcW w:type="dxa" w:w="1440"/>
          </w:tcPr>
          <w:p>
            <w:r>
              <w:rPr>
                <w:highlight w:val="yellow"/>
              </w:rPr>
              <w:t>rellenar</w:t>
            </w:r>
          </w:p>
        </w:tc>
      </w:tr>
      <w:tr>
        <w:tc>
          <w:tcPr>
            <w:tcW w:type="dxa" w:w="1440"/>
          </w:tcPr>
          <w:p>
            <w:r>
              <w:t>Servicio De Seguimiento Deproyectos Y Optimización De Procesos De Operaciones En El Aeropuerto Adolfo Suarez Madrid-Barajasmadrid-Barajas · exp. MAD-92/2026</w:t>
            </w:r>
          </w:p>
        </w:tc>
        <w:tc>
          <w:tcPr>
            <w:tcW w:type="dxa" w:w="1440"/>
          </w:tcPr>
          <w:p>
            <w:r>
              <w:t>Aena. Dirección del Aeropuerto Adolfo Suárez Madrid-Barajas · NIF A86212420</w:t>
            </w:r>
          </w:p>
        </w:tc>
        <w:tc>
          <w:tcPr>
            <w:tcW w:type="dxa" w:w="1440"/>
          </w:tcPr>
          <w:p>
            <w:r>
              <w:t>74.413,00 €</w:t>
            </w:r>
          </w:p>
        </w:tc>
        <w:tc>
          <w:tcPr>
            <w:tcW w:type="dxa" w:w="1440"/>
          </w:tcPr>
          <w:p>
            <w:r>
              <w:t>13/07/2026</w:t>
            </w:r>
          </w:p>
        </w:tc>
        <w:tc>
          <w:tcPr>
            <w:tcW w:type="dxa" w:w="1440"/>
          </w:tcPr>
          <w:p>
            <w:r>
              <w:t>23/07/2026 – en curso</w:t>
            </w:r>
          </w:p>
        </w:tc>
        <w:tc>
          <w:tcPr>
            <w:tcW w:type="dxa" w:w="1440"/>
          </w:tcPr>
          <w:p>
            <w:r>
              <w:rPr>
                <w:highlight w:val="yellow"/>
              </w:rPr>
              <w:t>rellenar</w:t>
            </w:r>
          </w:p>
        </w:tc>
      </w:tr>
      <w:tr>
        <w:tc>
          <w:tcPr>
            <w:tcW w:type="dxa" w:w="1440"/>
          </w:tcPr>
          <w:p>
            <w:r>
              <w:t>Servicio Para El Seguimiento De La Actividad De Las Empresas De Asistencia En Tierra En El Aeropuerto Adolfo Suarez Madrid Barajas · exp. MAD-37/2025</w:t>
            </w:r>
          </w:p>
        </w:tc>
        <w:tc>
          <w:tcPr>
            <w:tcW w:type="dxa" w:w="1440"/>
          </w:tcPr>
          <w:p>
            <w:r>
              <w:t>Aena. Dirección del Aeropuerto Adolfo Suárez Madrid-Barajas · NIF A86212420</w:t>
            </w:r>
          </w:p>
        </w:tc>
        <w:tc>
          <w:tcPr>
            <w:tcW w:type="dxa" w:w="1440"/>
          </w:tcPr>
          <w:p>
            <w:r>
              <w:t>63.441,00 €</w:t>
            </w:r>
          </w:p>
        </w:tc>
        <w:tc>
          <w:tcPr>
            <w:tcW w:type="dxa" w:w="1440"/>
          </w:tcPr>
          <w:p>
            <w:r>
              <w:t>19/05/2025</w:t>
            </w:r>
          </w:p>
        </w:tc>
        <w:tc>
          <w:tcPr>
            <w:tcW w:type="dxa" w:w="1440"/>
          </w:tcPr>
          <w:p>
            <w:r>
              <w:t>09/06/2025 – 30/06/2026</w:t>
            </w:r>
          </w:p>
        </w:tc>
        <w:tc>
          <w:tcPr>
            <w:tcW w:type="dxa" w:w="1440"/>
          </w:tcPr>
          <w:p>
            <w:r>
              <w:rPr>
                <w:highlight w:val="yellow"/>
              </w:rPr>
              <w:t>rellenar</w:t>
            </w:r>
          </w:p>
        </w:tc>
      </w:tr>
    </w:tbl>
    <w:p/>
    <w:p>
      <w:r>
        <w:rPr>
          <w:b/>
        </w:rPr>
        <w:t>Importe adjudicado en el periodo: 334.880,62 €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Aena. Dirección del Aeropuerto Adolfo Suárez Madrid-Barajas (NIF A86212420)</w:t>
      </w:r>
    </w:p>
    <w:p>
      <w:r>
        <w:t xml:space="preserve">AERTEC AVIATION SLU, con NIF B22558241, adjudicataria del contrato «Supervision Y Seguimiento De La Actividad Handling En El Aeropuerto Adolfo Suarez Madrid Barajas», expediente MAD-150/2026, adjudicado el 02/10/2026 por 197.026,62 €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02/11/2026 a 02/11/2027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Aena. Dirección del Aeropuerto Adolfo Suárez Madrid-Barajas (NIF A86212420)</w:t>
      </w:r>
    </w:p>
    <w:p>
      <w:r>
        <w:t xml:space="preserve">AERTEC AVIATION SLU, con NIF B22558241, adjudicataria del contrato «Servicio De Seguimiento Deproyectos Y Optimización De Procesos De Operaciones En El Aeropuerto Adolfo Suarez Madrid-Barajasmadrid-Barajas», expediente MAD-92/2026, adjudicado el 13/07/2026 por 74.413,00 €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23/07/2026 a 16/08/2027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Aena. Dirección del Aeropuerto Adolfo Suárez Madrid-Barajas (NIF A86212420)</w:t>
      </w:r>
    </w:p>
    <w:p>
      <w:r>
        <w:t xml:space="preserve">AERTEC AVIATION SLU, con NIF B22558241, adjudicataria del contrato «Servicio Para El Seguimiento De La Actividad De Las Empresas De Asistencia En Tierra En El Aeropuerto Adolfo Suarez Madrid Barajas», expediente MAD-37/2025, adjudicado el 19/05/2025 por 63.441,00 €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09/06/2025 a 30/06/2026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