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ADMINISTRACION DE PLAYAS, S.L.</w:t>
      </w:r>
    </w:p>
    <w:p>
      <w:r>
        <w:t>NIF B27801869.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