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ADIBIL CENTRO ESPECIAL DE EMPLEO SLU</w:t>
      </w:r>
    </w:p>
    <w:p>
      <w:r>
        <w:t>NIF B99335325.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mantenimiento de los jardines del Hospital Ernest Lluch de Calatayud · exp. SAS_CAL_2027_1BIS</w:t>
            </w:r>
          </w:p>
        </w:tc>
        <w:tc>
          <w:tcPr>
            <w:tcW w:type="dxa" w:w="1440"/>
          </w:tcPr>
          <w:p>
            <w:r>
              <w:t>Gerencia Sector Sanitario de Calatayud · NIF Q5000442C</w:t>
            </w:r>
          </w:p>
        </w:tc>
        <w:tc>
          <w:tcPr>
            <w:tcW w:type="dxa" w:w="1440"/>
          </w:tcPr>
          <w:p>
            <w:r>
              <w:t>40.500,00 €</w:t>
            </w:r>
          </w:p>
        </w:tc>
        <w:tc>
          <w:tcPr>
            <w:tcW w:type="dxa" w:w="1440"/>
          </w:tcPr>
          <w:p>
            <w:r>
              <w:t>07/07/2026</w:t>
            </w:r>
          </w:p>
        </w:tc>
        <w:tc>
          <w:tcPr>
            <w:tcW w:type="dxa" w:w="1440"/>
          </w:tcPr>
          <w:p>
            <w:r>
              <w:t>01/01/2027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conservación y mantenimiento de zonas verdes en áreas periféricas de Calatayud, reservado a centros especiales de empleo de iniciativa social y empresas de inserción. · exp. 600/2024</w:t>
            </w:r>
          </w:p>
        </w:tc>
        <w:tc>
          <w:tcPr>
            <w:tcW w:type="dxa" w:w="1440"/>
          </w:tcPr>
          <w:p>
            <w:r>
              <w:t>Ayuntamiento de Calatayud · NIF P5006700H</w:t>
            </w:r>
          </w:p>
        </w:tc>
        <w:tc>
          <w:tcPr>
            <w:tcW w:type="dxa" w:w="1440"/>
          </w:tcPr>
          <w:p>
            <w:r>
              <w:t>162.060,00 €</w:t>
            </w:r>
          </w:p>
        </w:tc>
        <w:tc>
          <w:tcPr>
            <w:tcW w:type="dxa" w:w="1440"/>
          </w:tcPr>
          <w:p>
            <w:r>
              <w:t>26/04/2024</w:t>
            </w:r>
          </w:p>
        </w:tc>
        <w:tc>
          <w:tcPr>
            <w:tcW w:type="dxa" w:w="1440"/>
          </w:tcPr>
          <w:p>
            <w:r>
              <w:t>26/05/2024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202.560,00 €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Sector Sanitario de Calatayud (NIF Q5000442C)</w:t>
      </w:r>
    </w:p>
    <w:p>
      <w:r>
        <w:t xml:space="preserve">ADIBIL CENTRO ESPECIAL DE EMPLEO SLU, con NIF B99335325, adjudicataria del contrato «Servicio de mantenimiento de los jardines del Hospital Ernest Lluch de Calatayud», expediente SAS_CAL_2027_1BIS, adjudicado el 07/07/2026 por 40.500,00 €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01/01/2027 a 01/01/2031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Calatayud (NIF P5006700H)</w:t>
      </w:r>
    </w:p>
    <w:p>
      <w:r>
        <w:t xml:space="preserve">ADIBIL CENTRO ESPECIAL DE EMPLEO SLU, con NIF B99335325, adjudicataria del contrato «Servicios de conservación y mantenimiento de zonas verdes en áreas periféricas de Calatayud, reservado a centros especiales de empleo de iniciativa social y empresas de inserción.», expediente 600/2024, adjudicado el 26/04/2024 por 162.060,00 €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26/05/2024 a 26/05/2027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