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ADIARA S COOP AND</w:t>
      </w:r>
    </w:p>
    <w:p>
      <w:r>
        <w:t>NIF F19365964.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para la elaboración del registro retributivo obligatorio y auditoria retributiva de Desarrollo Urbanístico de El Ejido · exp. 5363/2025</w:t>
            </w:r>
          </w:p>
        </w:tc>
        <w:tc>
          <w:tcPr>
            <w:tcW w:type="dxa" w:w="1440"/>
          </w:tcPr>
          <w:p>
            <w:r>
              <w:t>Consejo de Administración de Desarrollo Urbanístico de El Ejido, S.L. · NIF B04481776</w:t>
            </w:r>
          </w:p>
        </w:tc>
        <w:tc>
          <w:tcPr>
            <w:tcW w:type="dxa" w:w="1440"/>
          </w:tcPr>
          <w:p>
            <w:r>
              <w:t>5.000,00 €</w:t>
            </w:r>
          </w:p>
        </w:tc>
        <w:tc>
          <w:tcPr>
            <w:tcW w:type="dxa" w:w="1440"/>
          </w:tcPr>
          <w:p>
            <w:r>
              <w:t>12/02/2026</w:t>
            </w:r>
          </w:p>
        </w:tc>
        <w:tc>
          <w:tcPr>
            <w:tcW w:type="dxa" w:w="1440"/>
          </w:tcPr>
          <w:p>
            <w:r>
              <w:t>16/02/2026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organización de la actividad conmemorativa del Día Internacional para la Eliminación de la Violencia de Género (25N). · exp. 52/25.-Servicio</w:t>
            </w:r>
          </w:p>
        </w:tc>
        <w:tc>
          <w:tcPr>
            <w:tcW w:type="dxa" w:w="1440"/>
          </w:tcPr>
          <w:p>
            <w:r>
              <w:t>Ayuntamiento de Roquetas de Mar · NIF P0407900J</w:t>
            </w:r>
          </w:p>
        </w:tc>
        <w:tc>
          <w:tcPr>
            <w:tcW w:type="dxa" w:w="1440"/>
          </w:tcPr>
          <w:p>
            <w:r>
              <w:t>3.900,00 €</w:t>
            </w:r>
          </w:p>
        </w:tc>
        <w:tc>
          <w:tcPr>
            <w:tcW w:type="dxa" w:w="1440"/>
          </w:tcPr>
          <w:p>
            <w:r>
              <w:t>25/11/2025</w:t>
            </w:r>
          </w:p>
        </w:tc>
        <w:tc>
          <w:tcPr>
            <w:tcW w:type="dxa" w:w="1440"/>
          </w:tcPr>
          <w:p>
            <w:r>
              <w:t>25/12/2025 – 26/12/2025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8.900,00 €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Desarrollo Urbanístico de El Ejido, S.L. (NIF B04481776)</w:t>
      </w:r>
    </w:p>
    <w:p>
      <w:r>
        <w:t xml:space="preserve">ADIARA S COOP AND, con NIF F19365964, adjudicataria del contrato «Servicio para la elaboración del registro retributivo obligatorio y auditoria retributiva de Desarrollo Urbanístico de El Ejido», expediente 5363/2025, adjudicado el 12/02/2026 por 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16/02/2026 a 16/02/2028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Roquetas de Mar (NIF P0407900J)</w:t>
      </w:r>
    </w:p>
    <w:p>
      <w:r>
        <w:t xml:space="preserve">ADIARA S COOP AND, con NIF F19365964, adjudicataria del contrato «Servicio de organización de la actividad conmemorativa del Día Internacional para la Eliminación de la Violencia de Género (25N).», expediente 52/25.-Servicio, adjudicado el 25/11/2025 por 3.900,00 €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25/12/2025 a 26/12/2025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