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DIARA S COOP AND</w:t>
      </w:r>
    </w:p>
    <w:p>
      <w:r>
        <w:t>NIF F19365964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