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ACTUACIONES DE DEMOLICIONES Y CONSTRUCCIÓN SL</w:t>
      </w:r>
    </w:p>
    <w:p>
      <w:r>
        <w:t>NIF B87833299.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equipamiento y  ejecución de los servicios de mantenimiento y reparación de los edificios y espacios exteriores de la UCM, de valor estimado inferior a 15.000 euros IVA excluido. (lote 1) · exp. V-AB/2025/000577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27/04/2026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equipamiento y  ejecución de los servicios de mantenimiento y reparación de los edificios y espacios exteriores de la UCM, de valor estimado inferior a 15.000 euros IVA excluido. (lote 10) · exp. V-AB/2025/000577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27/04/2026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equipamiento y  ejecución de los servicios de mantenimiento y reparación de los edificios y espacios exteriores de la UCM, de valor estimado inferior a 15.000 euros IVA excluido. (lote 2) · exp. V-AB/2025/000577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27/04/2026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equipamiento y  ejecución de los servicios de mantenimiento y reparación de los edificios y espacios exteriores de la UCM, de valor estimado inferior a 15.000 euros IVA excluido. (lote 7) · exp. V-AB/2025/000577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27/04/2026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equipamiento y  ejecución de los servicios de mantenimiento y reparación de los edificios y espacios exteriores de la UCM, de valor estimado inferior a 15.000 euros IVA excluido. (lote 8) · exp. V-AB/2025/000577</w:t>
            </w:r>
          </w:p>
        </w:tc>
        <w:tc>
          <w:tcPr>
            <w:tcW w:type="dxa" w:w="1440"/>
          </w:tcPr>
          <w:p>
            <w:r>
              <w:t>Universidad Complutense de Madrid · NIF Q2818014I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27/04/2026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ACTUACIONES DE DEMOLICIONES Y CONSTRUCCIÓN SL, con NIF B87833299, adjudicataria del contrato «Acuerdo Marco equipamiento y  ejecución de los servicios de mantenimiento y reparación de los edificios y espacios exteriores de la UCM, de valor estimado inferior a 15.000 euros IVA excluido.», lote 1, expediente V-AB/2025/000577, adjudicado el 27/04/2026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ACTUACIONES DE DEMOLICIONES Y CONSTRUCCIÓN SL, con NIF B87833299, adjudicataria del contrato «Acuerdo Marco equipamiento y  ejecución de los servicios de mantenimiento y reparación de los edificios y espacios exteriores de la UCM, de valor estimado inferior a 15.000 euros IVA excluido.», lote 10, expediente V-AB/2025/000577, adjudicado el 27/04/2026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ACTUACIONES DE DEMOLICIONES Y CONSTRUCCIÓN SL, con NIF B87833299, adjudicataria del contrato «Acuerdo Marco equipamiento y  ejecución de los servicios de mantenimiento y reparación de los edificios y espacios exteriores de la UCM, de valor estimado inferior a 15.000 euros IVA excluido.», lote 2, expediente V-AB/2025/000577, adjudicado el 27/04/2026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ACTUACIONES DE DEMOLICIONES Y CONSTRUCCIÓN SL, con NIF B87833299, adjudicataria del contrato «Acuerdo Marco equipamiento y  ejecución de los servicios de mantenimiento y reparación de los edificios y espacios exteriores de la UCM, de valor estimado inferior a 15.000 euros IVA excluido.», lote 7, expediente V-AB/2025/000577, adjudicado el 27/04/2026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Complutense de Madrid (NIF Q2818014I)</w:t>
      </w:r>
    </w:p>
    <w:p>
      <w:r>
        <w:t xml:space="preserve">ACTUACIONES DE DEMOLICIONES Y CONSTRUCCIÓN SL, con NIF B87833299, adjudicataria del contrato «Acuerdo Marco equipamiento y  ejecución de los servicios de mantenimiento y reparación de los edificios y espacios exteriores de la UCM, de valor estimado inferior a 15.000 euros IVA excluido.», lote 8, expediente V-AB/2025/000577, adjudicado el 27/04/2026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