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ACTIVITATS NÀUTIQUES SALA SL</w:t>
      </w:r>
    </w:p>
    <w:p>
      <w:r>
        <w:t>NIF B44743060. Contratos públicos adjudicados en los tres últimos años (servicios), del 30/10/2023 al 30/10/2026,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