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ABASCAL CARO, S.L</w:t>
      </w:r>
    </w:p>
    <w:p>
      <w:r>
        <w:t>NIF B41755018.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para los desplazamientos en autobús de las actividades y programas para distintas Delegaciones Municipales del Ayuntamiento de La Algaba (Sevilla). · exp. 5972/2025</w:t>
            </w:r>
          </w:p>
        </w:tc>
        <w:tc>
          <w:tcPr>
            <w:tcW w:type="dxa" w:w="1440"/>
          </w:tcPr>
          <w:p>
            <w:r>
              <w:t>Ayuntamiento de La Algaba · NIF P4100700F</w:t>
            </w:r>
          </w:p>
        </w:tc>
        <w:tc>
          <w:tcPr>
            <w:tcW w:type="dxa" w:w="1440"/>
          </w:tcPr>
          <w:p>
            <w:r>
              <w:t>40.704,00 €</w:t>
            </w:r>
          </w:p>
        </w:tc>
        <w:tc>
          <w:tcPr>
            <w:tcW w:type="dxa" w:w="1440"/>
          </w:tcPr>
          <w:p>
            <w:r>
              <w:t>22/01/2026</w:t>
            </w:r>
          </w:p>
        </w:tc>
        <w:tc>
          <w:tcPr>
            <w:tcW w:type="dxa" w:w="1440"/>
          </w:tcPr>
          <w:p>
            <w:r>
              <w:t>22/02/2026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para los desplazamiento en autobús de las actividades y programas para distintas delegaciones municipales del Ayuntamiento de La Algaba (Sevilla). · exp. 5962/2023</w:t>
            </w:r>
          </w:p>
        </w:tc>
        <w:tc>
          <w:tcPr>
            <w:tcW w:type="dxa" w:w="1440"/>
          </w:tcPr>
          <w:p>
            <w:r>
              <w:t>Ayuntamiento de La Algaba · NIF P4100700F</w:t>
            </w:r>
          </w:p>
        </w:tc>
        <w:tc>
          <w:tcPr>
            <w:tcW w:type="dxa" w:w="1440"/>
          </w:tcPr>
          <w:p>
            <w:r>
              <w:t>37.794,00 €</w:t>
            </w:r>
          </w:p>
        </w:tc>
        <w:tc>
          <w:tcPr>
            <w:tcW w:type="dxa" w:w="1440"/>
          </w:tcPr>
          <w:p>
            <w:r>
              <w:t>09/05/2024</w:t>
            </w:r>
          </w:p>
        </w:tc>
        <w:tc>
          <w:tcPr>
            <w:tcW w:type="dxa" w:w="1440"/>
          </w:tcPr>
          <w:p>
            <w:r>
              <w:t>17/05/2024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78.498,00 €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Algaba (NIF P4100700F)</w:t>
      </w:r>
    </w:p>
    <w:p>
      <w:r>
        <w:t xml:space="preserve">ABASCAL CARO, S.L, con NIF B41755018, adjudicataria del contrato «Contrato de servicios para los desplazamientos en autobús de las actividades y programas para distintas Delegaciones Municipales del Ayuntamiento de La Algaba (Sevilla).», expediente 5972/2025, adjudicado el 22/01/2026 por 40.704,00 €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22/02/2026 a 22/02/2027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Algaba (NIF P4100700F)</w:t>
      </w:r>
    </w:p>
    <w:p>
      <w:r>
        <w:t xml:space="preserve">ABASCAL CARO, S.L, con NIF B41755018, adjudicataria del contrato «Contrato de servicios para los desplazamiento en autobús de las actividades y programas para distintas delegaciones municipales del Ayuntamiento de La Algaba (Sevilla).», expediente 5962/2023, adjudicado el 09/05/2024 por 37.794,00 €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17/05/2024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