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ABAC, CONSERVACIÓ-RESTAURACIÓ, SLU</w:t>
      </w:r>
    </w:p>
    <w:p>
      <w:r>
        <w:t>NIF B64247554.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