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A&amp;T Ingenieria Telecomunicaciones, S.L</w:t>
      </w:r>
    </w:p>
    <w:p>
      <w:r>
        <w:t>NIF B99029985.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Proyecto de Securización del edificio AST de Walqa (lote 2) · exp. AST-2026-20000</w:t>
            </w:r>
          </w:p>
        </w:tc>
        <w:tc>
          <w:tcPr>
            <w:tcW w:type="dxa" w:w="1440"/>
          </w:tcPr>
          <w:p>
            <w:r>
              <w:t>Entidad Pública Aragonesa de Servicios Telemáticos · NIF Q5000455E</w:t>
            </w:r>
          </w:p>
        </w:tc>
        <w:tc>
          <w:tcPr>
            <w:tcW w:type="dxa" w:w="1440"/>
          </w:tcPr>
          <w:p>
            <w:r>
              <w:t>44.930,00 €</w:t>
            </w:r>
          </w:p>
        </w:tc>
        <w:tc>
          <w:tcPr>
            <w:tcW w:type="dxa" w:w="1440"/>
          </w:tcPr>
          <w:p>
            <w:r>
              <w:t>04/12/2025</w:t>
            </w:r>
          </w:p>
        </w:tc>
        <w:tc>
          <w:tcPr>
            <w:tcW w:type="dxa" w:w="1440"/>
          </w:tcPr>
          <w:p>
            <w:r>
              <w:t>04/01/2026 – 04/06/2026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44.930,00 €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Entidad Pública Aragonesa de Servicios Telemáticos (NIF Q5000455E)</w:t>
      </w:r>
    </w:p>
    <w:p>
      <w:r>
        <w:t xml:space="preserve">A&amp;T Ingenieria Telecomunicaciones, S.L, con NIF B99029985, adjudicataria del contrato «Proyecto de Securización del edificio AST de Walqa», lote 2, expediente AST-2026-20000, adjudicado el 04/12/2025 por 44.930,00 €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04/01/2026 a 04/06/2026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